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Calibri" w:hAnsi="Calibri"/>
          <w:b/>
          <w:i w:val="0"/>
          <w:color w:val="2E5FA3"/>
          <w:sz w:val="52"/>
        </w:rPr>
        <w:t>SHISHANT</w:t>
      </w:r>
    </w:p>
    <w:p>
      <w:pPr>
        <w:spacing w:before="0" w:after="80"/>
        <w:jc w:val="center"/>
      </w:pPr>
      <w:r>
        <w:rPr>
          <w:rFonts w:ascii="Calibri" w:hAnsi="Calibri"/>
          <w:b w:val="0"/>
          <w:i/>
          <w:color w:val="505050"/>
          <w:sz w:val="22"/>
        </w:rPr>
        <w:t>Freelance Content Writer  |  Creative &amp; Digital Media Professional</w:t>
      </w:r>
    </w:p>
    <w:p>
      <w:pPr>
        <w:spacing w:before="0" w:after="160"/>
        <w:jc w:val="center"/>
      </w:pPr>
      <w:r>
        <w:rPr>
          <w:rFonts w:ascii="Calibri" w:hAnsi="Calibri"/>
          <w:b w:val="0"/>
          <w:i w:val="0"/>
          <w:color w:val="3C3C3C"/>
          <w:sz w:val="20"/>
        </w:rPr>
        <w:t>jyotisudh6@gmail.com  •  +91 9313801896</w:t>
      </w:r>
    </w:p>
    <w:p>
      <w:pPr>
        <w:spacing w:before="0" w:after="80"/>
        <w:pBdr>
          <w:bottom w:val="single" w:sz="12" w:space="1" w:color="2E5FA3"/>
        </w:pBdr>
      </w:pPr>
    </w:p>
    <w:p>
      <w:pPr>
        <w:spacing w:before="120" w:after="80"/>
      </w:pPr>
      <w:r>
        <w:rPr>
          <w:rFonts w:ascii="Calibri" w:hAnsi="Calibri"/>
          <w:b/>
          <w:i w:val="0"/>
          <w:color w:val="2E5FA3"/>
          <w:sz w:val="24"/>
        </w:rPr>
        <w:t>PROFESSIONAL SUMMARY</w:t>
      </w:r>
    </w:p>
    <w:p>
      <w:pPr>
        <w:spacing w:before="40" w:after="120"/>
        <w:jc w:val="left"/>
      </w:pPr>
      <w:r>
        <w:rPr>
          <w:rFonts w:ascii="Calibri" w:hAnsi="Calibri"/>
          <w:b w:val="0"/>
          <w:i w:val="0"/>
          <w:color w:val="282828"/>
          <w:sz w:val="22"/>
        </w:rPr>
        <w:t>Creative and detail-oriented Freelance Content Writer with hands-on experience in producing engaging written content across digital platforms. Proficient in Microsoft Office Suite and Adobe Photoshop, with the ability to combine strong writing skills with visual storytelling. Adept at crafting compelling articles, blog posts, social media content, and marketing copy that resonates with target audiences.</w:t>
      </w:r>
    </w:p>
    <w:p>
      <w:pPr>
        <w:spacing w:before="0" w:after="80"/>
        <w:pBdr>
          <w:bottom w:val="single" w:sz="12" w:space="1" w:color="2E5FA3"/>
        </w:pBdr>
      </w:pPr>
    </w:p>
    <w:p>
      <w:pPr>
        <w:spacing w:before="120" w:after="80"/>
      </w:pPr>
      <w:r>
        <w:rPr>
          <w:rFonts w:ascii="Calibri" w:hAnsi="Calibri"/>
          <w:b/>
          <w:i w:val="0"/>
          <w:color w:val="2E5FA3"/>
          <w:sz w:val="24"/>
        </w:rPr>
        <w:t>WORK EXPERIENCE</w:t>
      </w:r>
    </w:p>
    <w:p>
      <w:pPr>
        <w:spacing w:before="80" w:after="20"/>
        <w:jc w:val="left"/>
      </w:pPr>
      <w:r>
        <w:rPr>
          <w:rFonts w:ascii="Calibri" w:hAnsi="Calibri"/>
          <w:b/>
          <w:i w:val="0"/>
          <w:color w:val="1E1E1E"/>
          <w:sz w:val="24"/>
        </w:rPr>
        <w:t>Freelance Content Writer</w:t>
      </w:r>
    </w:p>
    <w:p>
      <w:pPr>
        <w:spacing w:before="0" w:after="40"/>
        <w:jc w:val="left"/>
      </w:pPr>
      <w:r>
        <w:rPr>
          <w:rFonts w:ascii="Calibri" w:hAnsi="Calibri"/>
          <w:b w:val="0"/>
          <w:i/>
          <w:color w:val="5A5A5A"/>
          <w:sz w:val="20"/>
        </w:rPr>
        <w:t>Self-Employed  |  Ongoing</w:t>
      </w:r>
    </w:p>
    <w:p>
      <w:pPr>
        <w:pStyle w:val="ListBullet"/>
        <w:spacing w:before="20" w:after="20"/>
        <w:ind w:left="360"/>
      </w:pPr>
      <w:r>
        <w:rPr>
          <w:rFonts w:ascii="Calibri" w:hAnsi="Calibri"/>
          <w:b w:val="0"/>
          <w:i w:val="0"/>
          <w:color w:val="282828"/>
          <w:sz w:val="22"/>
        </w:rPr>
        <w:t>Create high-quality written content including articles, blog posts, product descriptions, and social media copy.</w:t>
      </w:r>
    </w:p>
    <w:p>
      <w:pPr>
        <w:pStyle w:val="ListBullet"/>
        <w:spacing w:before="20" w:after="20"/>
        <w:ind w:left="360"/>
      </w:pPr>
      <w:r>
        <w:rPr>
          <w:rFonts w:ascii="Calibri" w:hAnsi="Calibri"/>
          <w:b w:val="0"/>
          <w:i w:val="0"/>
          <w:color w:val="282828"/>
          <w:sz w:val="22"/>
        </w:rPr>
        <w:t>Research diverse topics thoroughly to produce accurate, engaging, and SEO-friendly content.</w:t>
      </w:r>
    </w:p>
    <w:p>
      <w:pPr>
        <w:pStyle w:val="ListBullet"/>
        <w:spacing w:before="20" w:after="20"/>
        <w:ind w:left="360"/>
      </w:pPr>
      <w:r>
        <w:rPr>
          <w:rFonts w:ascii="Calibri" w:hAnsi="Calibri"/>
          <w:b w:val="0"/>
          <w:i w:val="0"/>
          <w:color w:val="282828"/>
          <w:sz w:val="22"/>
        </w:rPr>
        <w:t>Collaborate with clients to understand brand voice and deliver content aligned with their goals.</w:t>
      </w:r>
    </w:p>
    <w:p>
      <w:pPr>
        <w:pStyle w:val="ListBullet"/>
        <w:spacing w:before="20" w:after="20"/>
        <w:ind w:left="360"/>
      </w:pPr>
      <w:r>
        <w:rPr>
          <w:rFonts w:ascii="Calibri" w:hAnsi="Calibri"/>
          <w:b w:val="0"/>
          <w:i w:val="0"/>
          <w:color w:val="282828"/>
          <w:sz w:val="22"/>
        </w:rPr>
        <w:t>Edit and proofread content to ensure grammatical accuracy and readability.</w:t>
      </w:r>
    </w:p>
    <w:p>
      <w:pPr>
        <w:pStyle w:val="ListBullet"/>
        <w:spacing w:before="20" w:after="20"/>
        <w:ind w:left="360"/>
      </w:pPr>
      <w:r>
        <w:rPr>
          <w:rFonts w:ascii="Calibri" w:hAnsi="Calibri"/>
          <w:b w:val="0"/>
          <w:i w:val="0"/>
          <w:color w:val="282828"/>
          <w:sz w:val="22"/>
        </w:rPr>
        <w:t>Manage multiple projects simultaneously while meeting tight deadlines.</w:t>
      </w:r>
    </w:p>
    <w:p>
      <w:pPr>
        <w:spacing w:before="160" w:after="20"/>
        <w:jc w:val="left"/>
      </w:pPr>
      <w:r>
        <w:rPr>
          <w:rFonts w:ascii="Calibri" w:hAnsi="Calibri"/>
          <w:b/>
          <w:i w:val="0"/>
          <w:color w:val="1E1E1E"/>
          <w:sz w:val="24"/>
        </w:rPr>
        <w:t>Content Writer</w:t>
      </w:r>
    </w:p>
    <w:p>
      <w:pPr>
        <w:spacing w:before="0" w:after="40"/>
        <w:jc w:val="left"/>
      </w:pPr>
      <w:r>
        <w:rPr>
          <w:rFonts w:ascii="Calibri" w:hAnsi="Calibri"/>
          <w:b w:val="0"/>
          <w:i/>
          <w:color w:val="5A5A5A"/>
          <w:sz w:val="20"/>
        </w:rPr>
        <w:t>Previous Experience  |  Duration as applicable</w:t>
      </w:r>
    </w:p>
    <w:p>
      <w:pPr>
        <w:pStyle w:val="ListBullet"/>
        <w:spacing w:before="20" w:after="20"/>
        <w:ind w:left="360"/>
      </w:pPr>
      <w:r>
        <w:rPr>
          <w:rFonts w:ascii="Calibri" w:hAnsi="Calibri"/>
          <w:b w:val="0"/>
          <w:i w:val="0"/>
          <w:color w:val="282828"/>
          <w:sz w:val="22"/>
        </w:rPr>
        <w:t>Wrote and edited content for websites, newsletters, and marketing materials.</w:t>
      </w:r>
    </w:p>
    <w:p>
      <w:pPr>
        <w:pStyle w:val="ListBullet"/>
        <w:spacing w:before="20" w:after="20"/>
        <w:ind w:left="360"/>
      </w:pPr>
      <w:r>
        <w:rPr>
          <w:rFonts w:ascii="Calibri" w:hAnsi="Calibri"/>
          <w:b w:val="0"/>
          <w:i w:val="0"/>
          <w:color w:val="282828"/>
          <w:sz w:val="22"/>
        </w:rPr>
        <w:t>Developed content strategies to increase audience engagement and brand visibility.</w:t>
      </w:r>
    </w:p>
    <w:p>
      <w:pPr>
        <w:pStyle w:val="ListBullet"/>
        <w:spacing w:before="20" w:after="20"/>
        <w:ind w:left="360"/>
      </w:pPr>
      <w:r>
        <w:rPr>
          <w:rFonts w:ascii="Calibri" w:hAnsi="Calibri"/>
          <w:b w:val="0"/>
          <w:i w:val="0"/>
          <w:color w:val="282828"/>
          <w:sz w:val="22"/>
        </w:rPr>
        <w:t>Coordinated with design teams to produce visually appealing content using Photoshop.</w:t>
      </w:r>
    </w:p>
    <w:p>
      <w:pPr>
        <w:spacing w:before="0" w:after="80"/>
        <w:pBdr>
          <w:bottom w:val="single" w:sz="12" w:space="1" w:color="2E5FA3"/>
        </w:pBdr>
      </w:pPr>
    </w:p>
    <w:p>
      <w:pPr>
        <w:spacing w:before="120" w:after="80"/>
      </w:pPr>
      <w:r>
        <w:rPr>
          <w:rFonts w:ascii="Calibri" w:hAnsi="Calibri"/>
          <w:b/>
          <w:i w:val="0"/>
          <w:color w:val="2E5FA3"/>
          <w:sz w:val="24"/>
        </w:rPr>
        <w:t>EDUCATION</w:t>
      </w:r>
    </w:p>
    <w:p>
      <w:pPr>
        <w:spacing w:before="80" w:after="20"/>
        <w:jc w:val="left"/>
      </w:pPr>
      <w:r>
        <w:rPr>
          <w:rFonts w:ascii="Calibri" w:hAnsi="Calibri"/>
          <w:b/>
          <w:i w:val="0"/>
          <w:color w:val="1E1E1E"/>
          <w:sz w:val="24"/>
        </w:rPr>
        <w:t>Higher Secondary Certificate (12th Grade)</w:t>
      </w:r>
    </w:p>
    <w:p>
      <w:pPr>
        <w:spacing w:before="0" w:after="120"/>
        <w:jc w:val="left"/>
      </w:pPr>
      <w:r>
        <w:rPr>
          <w:rFonts w:ascii="Calibri" w:hAnsi="Calibri"/>
          <w:b w:val="0"/>
          <w:i/>
          <w:color w:val="5A5A5A"/>
          <w:sz w:val="22"/>
        </w:rPr>
        <w:t>High School  |  Passed</w:t>
      </w:r>
    </w:p>
    <w:p>
      <w:pPr>
        <w:spacing w:before="0" w:after="80"/>
        <w:pBdr>
          <w:bottom w:val="single" w:sz="12" w:space="1" w:color="2E5FA3"/>
        </w:pBdr>
      </w:pPr>
    </w:p>
    <w:p>
      <w:pPr>
        <w:spacing w:before="120" w:after="80"/>
      </w:pPr>
      <w:r>
        <w:rPr>
          <w:rFonts w:ascii="Calibri" w:hAnsi="Calibri"/>
          <w:b/>
          <w:i w:val="0"/>
          <w:color w:val="2E5FA3"/>
          <w:sz w:val="24"/>
        </w:rPr>
        <w:t>SKILLS</w:t>
      </w:r>
    </w:p>
    <w:p>
      <w:pPr>
        <w:spacing w:before="40" w:after="40"/>
        <w:jc w:val="left"/>
      </w:pPr>
      <w:r>
        <w:rPr>
          <w:rFonts w:ascii="Calibri" w:hAnsi="Calibri"/>
          <w:b/>
          <w:i w:val="0"/>
          <w:color w:val="2E5FA3"/>
          <w:sz w:val="22"/>
        </w:rPr>
        <w:t xml:space="preserve">Content Writing:  </w:t>
      </w:r>
      <w:r>
        <w:rPr>
          <w:rFonts w:ascii="Calibri" w:hAnsi="Calibri"/>
          <w:b w:val="0"/>
          <w:i w:val="0"/>
          <w:color w:val="282828"/>
          <w:sz w:val="22"/>
        </w:rPr>
        <w:t>Article writing, blog posts, copywriting, SEO content, proofreading &amp; editing</w:t>
      </w:r>
    </w:p>
    <w:p>
      <w:pPr>
        <w:spacing w:before="40" w:after="40"/>
        <w:jc w:val="left"/>
      </w:pPr>
      <w:r>
        <w:rPr>
          <w:rFonts w:ascii="Calibri" w:hAnsi="Calibri"/>
          <w:b/>
          <w:i w:val="0"/>
          <w:color w:val="2E5FA3"/>
          <w:sz w:val="22"/>
        </w:rPr>
        <w:t xml:space="preserve">Microsoft Office:  </w:t>
      </w:r>
      <w:r>
        <w:rPr>
          <w:rFonts w:ascii="Calibri" w:hAnsi="Calibri"/>
          <w:b w:val="0"/>
          <w:i w:val="0"/>
          <w:color w:val="282828"/>
          <w:sz w:val="22"/>
        </w:rPr>
        <w:t>MS Word, MS Excel, MS PowerPoint — advanced proficiency</w:t>
      </w:r>
    </w:p>
    <w:p>
      <w:pPr>
        <w:spacing w:before="40" w:after="40"/>
        <w:jc w:val="left"/>
      </w:pPr>
      <w:r>
        <w:rPr>
          <w:rFonts w:ascii="Calibri" w:hAnsi="Calibri"/>
          <w:b/>
          <w:i w:val="0"/>
          <w:color w:val="2E5FA3"/>
          <w:sz w:val="22"/>
        </w:rPr>
        <w:t xml:space="preserve">Design Tools:  </w:t>
      </w:r>
      <w:r>
        <w:rPr>
          <w:rFonts w:ascii="Calibri" w:hAnsi="Calibri"/>
          <w:b w:val="0"/>
          <w:i w:val="0"/>
          <w:color w:val="282828"/>
          <w:sz w:val="22"/>
        </w:rPr>
        <w:t>Adobe Photoshop — image editing, visual content creation</w:t>
      </w:r>
    </w:p>
    <w:p>
      <w:pPr>
        <w:spacing w:before="40" w:after="40"/>
        <w:jc w:val="left"/>
      </w:pPr>
      <w:r>
        <w:rPr>
          <w:rFonts w:ascii="Calibri" w:hAnsi="Calibri"/>
          <w:b/>
          <w:i w:val="0"/>
          <w:color w:val="2E5FA3"/>
          <w:sz w:val="22"/>
        </w:rPr>
        <w:t xml:space="preserve">Soft Skills:  </w:t>
      </w:r>
      <w:r>
        <w:rPr>
          <w:rFonts w:ascii="Calibri" w:hAnsi="Calibri"/>
          <w:b w:val="0"/>
          <w:i w:val="0"/>
          <w:color w:val="282828"/>
          <w:sz w:val="22"/>
        </w:rPr>
        <w:t>Time management, attention to detail, research, communication, creativity</w:t>
      </w:r>
    </w:p>
    <w:p>
      <w:pPr>
        <w:spacing w:before="0" w:after="80"/>
        <w:pBdr>
          <w:bottom w:val="single" w:sz="12" w:space="1" w:color="2E5FA3"/>
        </w:pBdr>
      </w:pPr>
    </w:p>
    <w:p>
      <w:pPr>
        <w:spacing w:before="120" w:after="80"/>
      </w:pPr>
      <w:r>
        <w:rPr>
          <w:rFonts w:ascii="Calibri" w:hAnsi="Calibri"/>
          <w:b/>
          <w:i w:val="0"/>
          <w:color w:val="2E5FA3"/>
          <w:sz w:val="24"/>
        </w:rPr>
        <w:t>LANGUAGES</w:t>
      </w:r>
    </w:p>
    <w:p>
      <w:pPr>
        <w:spacing w:before="80" w:after="120"/>
        <w:jc w:val="left"/>
      </w:pPr>
      <w:r>
        <w:rPr>
          <w:rFonts w:ascii="Calibri" w:hAnsi="Calibri"/>
          <w:b w:val="0"/>
          <w:i w:val="0"/>
          <w:color w:val="282828"/>
          <w:sz w:val="22"/>
        </w:rPr>
        <w:t>English  •  Hindi</w:t>
      </w:r>
    </w:p>
    <w:sectPr w:rsidR="00FC693F" w:rsidRPr="0006063C" w:rsidSect="00034616">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